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/>
          <w:b/>
          <w:color w:val="1E3A8A"/>
          <w:sz w:val="36"/>
          <w:rtl w:val="1"/>
          <w:szCs w:val="36"/>
          <w:bCs/>
        </w:rPr>
        <w:t>🧩 ערכת לוח הקיר – "בדרך בטוחה"</w:t>
      </w:r>
    </w:p>
    <w:p>
      <w:pPr>
        <w:bidi w:val="1"/>
        <w:jc w:val="right"/>
      </w:pPr>
      <w:r>
        <w:rPr>
          <w:rFonts w:ascii="Arial" w:hAnsi="Arial"/>
          <w:b w:val="0"/>
          <w:sz w:val="24"/>
          <w:rtl w:val="1"/>
          <w:szCs w:val="24"/>
        </w:rPr>
        <w:t>מה בערכה: כותרת (2 עמודים) · 5 שלטי שלבים · כרטיסי "שאלת השבוע" לכל רמה · רצועת ההבטחה הכיתתית · מד הימים הבטוחים · תוויות תמרורים.</w:t>
      </w:r>
    </w:p>
    <w:p>
      <w:pPr>
        <w:bidi w:val="1"/>
        <w:jc w:val="right"/>
      </w:pPr>
      <w:r>
        <w:rPr>
          <w:rFonts w:ascii="Arial" w:hAnsi="Arial"/>
          <w:b/>
          <w:sz w:val="26"/>
          <w:rtl w:val="1"/>
          <w:szCs w:val="26"/>
          <w:bCs/>
        </w:rPr>
        <w:t>איך מרכיבים</w:t>
      </w:r>
    </w:p>
    <w:p>
      <w:pPr>
        <w:bidi w:val="1"/>
        <w:jc w:val="right"/>
      </w:pPr>
      <w:r>
        <w:rPr>
          <w:rFonts w:ascii="Arial" w:hAnsi="Arial"/>
          <w:b w:val="0"/>
          <w:sz w:val="24"/>
          <w:rtl w:val="1"/>
          <w:szCs w:val="24"/>
        </w:rPr>
        <w:t>1. מדפיסים בצבע (או בשחור-לבן ומקשטים בכיתה).</w:t>
      </w:r>
    </w:p>
    <w:p>
      <w:pPr>
        <w:bidi w:val="1"/>
        <w:jc w:val="right"/>
      </w:pPr>
      <w:r>
        <w:rPr>
          <w:rFonts w:ascii="Arial" w:hAnsi="Arial"/>
          <w:b w:val="0"/>
          <w:sz w:val="24"/>
          <w:rtl w:val="1"/>
          <w:szCs w:val="24"/>
        </w:rPr>
        <w:t>2. הכותרת למעלה, 5 השלבים בשורה מתחתיה – מימין לשמאל.</w:t>
      </w:r>
    </w:p>
    <w:p>
      <w:pPr>
        <w:bidi w:val="1"/>
        <w:jc w:val="right"/>
      </w:pPr>
      <w:r>
        <w:rPr>
          <w:rFonts w:ascii="Arial" w:hAnsi="Arial"/>
          <w:b w:val="0"/>
          <w:sz w:val="24"/>
          <w:rtl w:val="1"/>
          <w:szCs w:val="24"/>
        </w:rPr>
        <w:t>3. במרכז: ההבטחה הכיתתית עם כפות הידיים / קיר המילים.</w:t>
      </w:r>
    </w:p>
    <w:p>
      <w:pPr>
        <w:bidi w:val="1"/>
        <w:jc w:val="right"/>
      </w:pPr>
      <w:r>
        <w:rPr>
          <w:rFonts w:ascii="Arial" w:hAnsi="Arial"/>
          <w:b w:val="0"/>
          <w:sz w:val="24"/>
          <w:rtl w:val="1"/>
          <w:szCs w:val="24"/>
        </w:rPr>
        <w:t>4. בצד: שאלת השבוע (מחליפים כל שבוע) ומד הימים הבטוחים.</w:t>
      </w:r>
    </w:p>
    <w:p>
      <w:pPr>
        <w:bidi w:val="1"/>
        <w:jc w:val="right"/>
      </w:pPr>
      <w:r>
        <w:rPr>
          <w:rFonts w:ascii="Arial" w:hAnsi="Arial"/>
          <w:b/>
          <w:sz w:val="26"/>
          <w:rtl w:val="1"/>
          <w:szCs w:val="26"/>
          <w:bCs/>
        </w:rPr>
        <w:t>התרומה של הכיתה – לפי רמה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1984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🎒 יסודי</w:t>
            </w:r>
          </w:p>
        </w:tc>
        <w:tc>
          <w:tcPr>
            <w:tcW w:type="dxa" w:w="8220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כל ילד/ה מצייר/ת כף יד ומוסיף/ה "אני מבטיח/ה ש…" – הידיים מקיפות את הכותרת.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🏫 חט״ב</w:t>
            </w:r>
          </w:p>
        </w:tc>
        <w:tc>
          <w:tcPr>
            <w:tcW w:type="dxa" w:w="8220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"קיר מילים": פעלים בציווי ומילות קישור מהיחידה – כל זוג מוסיף כרטיס עם משפט בטיחות.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🎓 חט״ע</w:t>
            </w:r>
          </w:p>
        </w:tc>
        <w:tc>
          <w:tcPr>
            <w:tcW w:type="dxa" w:w="8220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פינת "מהשטח": נתון שבועי ממקור רשמי (עם תאריך) + שאלה לדיון + תגובות על פתקים.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🟢 עולים</w:t>
            </w:r>
          </w:p>
        </w:tc>
        <w:tc>
          <w:tcPr>
            <w:tcW w:type="dxa" w:w="8220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"קִיר מִלִּים" עִם תְּמוּנָה וְנִקּוּד: כָּל שָׁבוּעַ 3 מִלִּים חֲדָשׁוֹת.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🌈 חנ״מ</w:t>
            </w:r>
          </w:p>
        </w:tc>
        <w:tc>
          <w:tcPr>
            <w:tcW w:type="dxa" w:w="8220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רצף תמונות גדול: עוצרים ← מסתכלים ← חוצים, וכל יום מדביקים מדבקה ליד מי שעבר/ה בבטחה.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/>
          <w:b w:val="0"/>
          <w:sz w:val="60"/>
          <w:rtl w:val="1"/>
          <w:szCs w:val="60"/>
        </w:rPr>
      </w:r>
    </w:p>
    <w:p>
      <w:pPr>
        <w:bidi w:val="1"/>
        <w:jc w:val="right"/>
      </w:pPr>
      <w:r>
        <w:rPr>
          <w:rFonts w:ascii="Arial" w:hAnsi="Arial"/>
          <w:b w:val="0"/>
          <w:sz w:val="60"/>
          <w:rtl w:val="1"/>
          <w:szCs w:val="60"/>
        </w:rPr>
      </w:r>
    </w:p>
    <w:p>
      <w:pPr>
        <w:bidi w:val="1"/>
        <w:jc w:val="right"/>
      </w:pPr>
      <w:r>
        <w:rPr>
          <w:rFonts w:ascii="Arial" w:hAnsi="Arial"/>
          <w:b w:val="0"/>
          <w:sz w:val="60"/>
          <w:rtl w:val="1"/>
          <w:szCs w:val="60"/>
        </w:rPr>
      </w:r>
    </w:p>
    <w:p>
      <w:pPr>
        <w:bidi w:val="1"/>
        <w:jc w:val="right"/>
      </w:pPr>
      <w:r>
        <w:rPr>
          <w:rFonts w:ascii="Arial" w:hAnsi="Arial"/>
          <w:b w:val="0"/>
          <w:sz w:val="60"/>
          <w:rtl w:val="1"/>
          <w:szCs w:val="60"/>
        </w:rPr>
      </w:r>
    </w:p>
    <w:p>
      <w:pPr>
        <w:bidi w:val="1"/>
        <w:jc w:val="right"/>
      </w:pPr>
      <w:r>
        <w:rPr>
          <w:rFonts w:ascii="Arial" w:hAnsi="Arial"/>
          <w:b w:val="0"/>
          <w:sz w:val="60"/>
          <w:rtl w:val="1"/>
          <w:szCs w:val="60"/>
        </w:rPr>
      </w:r>
    </w:p>
    <w:p>
      <w:pPr>
        <w:bidi w:val="1"/>
        <w:jc w:val="center"/>
      </w:pPr>
      <w:r>
        <w:rPr>
          <w:rFonts w:ascii="Arial" w:hAnsi="Arial"/>
          <w:b/>
          <w:color w:val="1E3A8A"/>
          <w:sz w:val="220"/>
          <w:rtl w:val="1"/>
          <w:szCs w:val="220"/>
          <w:bCs/>
        </w:rPr>
        <w:t>בְּדֶרֶךְ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/>
          <w:b w:val="0"/>
          <w:sz w:val="60"/>
          <w:rtl w:val="1"/>
          <w:szCs w:val="60"/>
        </w:rPr>
      </w:r>
    </w:p>
    <w:p>
      <w:pPr>
        <w:bidi w:val="1"/>
        <w:jc w:val="right"/>
      </w:pPr>
      <w:r>
        <w:rPr>
          <w:rFonts w:ascii="Arial" w:hAnsi="Arial"/>
          <w:b w:val="0"/>
          <w:sz w:val="60"/>
          <w:rtl w:val="1"/>
          <w:szCs w:val="60"/>
        </w:rPr>
      </w:r>
    </w:p>
    <w:p>
      <w:pPr>
        <w:bidi w:val="1"/>
        <w:jc w:val="right"/>
      </w:pPr>
      <w:r>
        <w:rPr>
          <w:rFonts w:ascii="Arial" w:hAnsi="Arial"/>
          <w:b w:val="0"/>
          <w:sz w:val="60"/>
          <w:rtl w:val="1"/>
          <w:szCs w:val="60"/>
        </w:rPr>
      </w:r>
    </w:p>
    <w:p>
      <w:pPr>
        <w:bidi w:val="1"/>
        <w:jc w:val="right"/>
      </w:pPr>
      <w:r>
        <w:rPr>
          <w:rFonts w:ascii="Arial" w:hAnsi="Arial"/>
          <w:b w:val="0"/>
          <w:sz w:val="60"/>
          <w:rtl w:val="1"/>
          <w:szCs w:val="60"/>
        </w:rPr>
      </w:r>
    </w:p>
    <w:p>
      <w:pPr>
        <w:bidi w:val="1"/>
        <w:jc w:val="right"/>
      </w:pPr>
      <w:r>
        <w:rPr>
          <w:rFonts w:ascii="Arial" w:hAnsi="Arial"/>
          <w:b w:val="0"/>
          <w:sz w:val="60"/>
          <w:rtl w:val="1"/>
          <w:szCs w:val="60"/>
        </w:rPr>
      </w:r>
    </w:p>
    <w:p>
      <w:pPr>
        <w:bidi w:val="1"/>
        <w:jc w:val="center"/>
      </w:pPr>
      <w:r>
        <w:rPr>
          <w:rFonts w:ascii="Arial" w:hAnsi="Arial"/>
          <w:b/>
          <w:color w:val="1E3A8A"/>
          <w:sz w:val="220"/>
          <w:rtl w:val="1"/>
          <w:szCs w:val="220"/>
          <w:bCs/>
        </w:rPr>
        <w:t>בְּטוּחָה 🚦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F59E0B"/>
          <w:sz w:val="56"/>
          <w:rtl w:val="1"/>
          <w:szCs w:val="56"/>
          <w:bCs/>
        </w:rPr>
        <w:t>1</w:t>
      </w:r>
    </w:p>
    <w:p>
      <w:pPr>
        <w:bidi w:val="1"/>
        <w:jc w:val="center"/>
      </w:pPr>
      <w:r>
        <w:rPr>
          <w:rFonts w:ascii="Arial" w:hAnsi="Arial"/>
          <w:b w:val="0"/>
          <w:sz w:val="240"/>
          <w:rtl w:val="1"/>
          <w:szCs w:val="240"/>
        </w:rPr>
        <w:t>✋</w:t>
      </w:r>
    </w:p>
    <w:p>
      <w:pPr>
        <w:bidi w:val="1"/>
        <w:jc w:val="center"/>
      </w:pPr>
      <w:r>
        <w:rPr>
          <w:rFonts w:ascii="Arial" w:hAnsi="Arial"/>
          <w:b/>
          <w:color w:val="1E3A8A"/>
          <w:sz w:val="132"/>
          <w:rtl w:val="1"/>
          <w:szCs w:val="132"/>
          <w:bCs/>
        </w:rPr>
        <w:t>עוצרים</w:t>
      </w:r>
    </w:p>
    <w:p>
      <w:pPr>
        <w:bidi w:val="1"/>
        <w:jc w:val="center"/>
      </w:pPr>
      <w:r>
        <w:rPr>
          <w:rFonts w:ascii="Arial" w:hAnsi="Arial"/>
          <w:b w:val="0"/>
          <w:color w:val="475569"/>
          <w:sz w:val="56"/>
          <w:rtl w:val="1"/>
          <w:szCs w:val="56"/>
        </w:rPr>
        <w:t>בשפת המדרכה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F59E0B"/>
          <w:sz w:val="56"/>
          <w:rtl w:val="1"/>
          <w:szCs w:val="56"/>
          <w:bCs/>
        </w:rPr>
        <w:t>2</w:t>
      </w:r>
    </w:p>
    <w:p>
      <w:pPr>
        <w:bidi w:val="1"/>
        <w:jc w:val="center"/>
      </w:pPr>
      <w:r>
        <w:rPr>
          <w:rFonts w:ascii="Arial" w:hAnsi="Arial"/>
          <w:b w:val="0"/>
          <w:sz w:val="240"/>
          <w:rtl w:val="1"/>
          <w:szCs w:val="240"/>
        </w:rPr>
        <w:t>👀</w:t>
      </w:r>
    </w:p>
    <w:p>
      <w:pPr>
        <w:bidi w:val="1"/>
        <w:jc w:val="center"/>
      </w:pPr>
      <w:r>
        <w:rPr>
          <w:rFonts w:ascii="Arial" w:hAnsi="Arial"/>
          <w:b/>
          <w:color w:val="1E3A8A"/>
          <w:sz w:val="132"/>
          <w:rtl w:val="1"/>
          <w:szCs w:val="132"/>
          <w:bCs/>
        </w:rPr>
        <w:t>מסתכלים</w:t>
      </w:r>
    </w:p>
    <w:p>
      <w:pPr>
        <w:bidi w:val="1"/>
        <w:jc w:val="center"/>
      </w:pPr>
      <w:r>
        <w:rPr>
          <w:rFonts w:ascii="Arial" w:hAnsi="Arial"/>
          <w:b w:val="0"/>
          <w:color w:val="475569"/>
          <w:sz w:val="56"/>
          <w:rtl w:val="1"/>
          <w:szCs w:val="56"/>
        </w:rPr>
        <w:t>שמאלה · ימינה · שמאלה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F59E0B"/>
          <w:sz w:val="56"/>
          <w:rtl w:val="1"/>
          <w:szCs w:val="56"/>
          <w:bCs/>
        </w:rPr>
        <w:t>3</w:t>
      </w:r>
    </w:p>
    <w:p>
      <w:pPr>
        <w:bidi w:val="1"/>
        <w:jc w:val="center"/>
      </w:pPr>
      <w:r>
        <w:rPr>
          <w:rFonts w:ascii="Arial" w:hAnsi="Arial"/>
          <w:b w:val="0"/>
          <w:sz w:val="240"/>
          <w:rtl w:val="1"/>
          <w:szCs w:val="240"/>
        </w:rPr>
        <w:t>👂</w:t>
      </w:r>
    </w:p>
    <w:p>
      <w:pPr>
        <w:bidi w:val="1"/>
        <w:jc w:val="center"/>
      </w:pPr>
      <w:r>
        <w:rPr>
          <w:rFonts w:ascii="Arial" w:hAnsi="Arial"/>
          <w:b/>
          <w:color w:val="1E3A8A"/>
          <w:sz w:val="132"/>
          <w:rtl w:val="1"/>
          <w:szCs w:val="132"/>
          <w:bCs/>
        </w:rPr>
        <w:t>מקשיבים</w:t>
      </w:r>
    </w:p>
    <w:p>
      <w:pPr>
        <w:bidi w:val="1"/>
        <w:jc w:val="center"/>
      </w:pPr>
      <w:r>
        <w:rPr>
          <w:rFonts w:ascii="Arial" w:hAnsi="Arial"/>
          <w:b w:val="0"/>
          <w:color w:val="475569"/>
          <w:sz w:val="56"/>
          <w:rtl w:val="1"/>
          <w:szCs w:val="56"/>
        </w:rPr>
        <w:t>בלי אוזניות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F59E0B"/>
          <w:sz w:val="56"/>
          <w:rtl w:val="1"/>
          <w:szCs w:val="56"/>
          <w:bCs/>
        </w:rPr>
        <w:t>4</w:t>
      </w:r>
    </w:p>
    <w:p>
      <w:pPr>
        <w:bidi w:val="1"/>
        <w:jc w:val="center"/>
      </w:pPr>
      <w:r>
        <w:rPr>
          <w:rFonts w:ascii="Arial" w:hAnsi="Arial"/>
          <w:b w:val="0"/>
          <w:sz w:val="240"/>
          <w:rtl w:val="1"/>
          <w:szCs w:val="240"/>
        </w:rPr>
        <w:t>🚦</w:t>
      </w:r>
    </w:p>
    <w:p>
      <w:pPr>
        <w:bidi w:val="1"/>
        <w:jc w:val="center"/>
      </w:pPr>
      <w:r>
        <w:rPr>
          <w:rFonts w:ascii="Arial" w:hAnsi="Arial"/>
          <w:b/>
          <w:color w:val="1E3A8A"/>
          <w:sz w:val="132"/>
          <w:rtl w:val="1"/>
          <w:szCs w:val="132"/>
          <w:bCs/>
        </w:rPr>
        <w:t>מחכים לירוק</w:t>
      </w:r>
    </w:p>
    <w:p>
      <w:pPr>
        <w:bidi w:val="1"/>
        <w:jc w:val="center"/>
      </w:pPr>
      <w:r>
        <w:rPr>
          <w:rFonts w:ascii="Arial" w:hAnsi="Arial"/>
          <w:b w:val="0"/>
          <w:color w:val="475569"/>
          <w:sz w:val="56"/>
          <w:rtl w:val="1"/>
          <w:szCs w:val="56"/>
        </w:rPr>
        <w:t>ולכביש פנוי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F59E0B"/>
          <w:sz w:val="56"/>
          <w:rtl w:val="1"/>
          <w:szCs w:val="56"/>
          <w:bCs/>
        </w:rPr>
        <w:t>5</w:t>
      </w:r>
    </w:p>
    <w:p>
      <w:pPr>
        <w:bidi w:val="1"/>
        <w:jc w:val="center"/>
      </w:pPr>
      <w:r>
        <w:rPr>
          <w:rFonts w:ascii="Arial" w:hAnsi="Arial"/>
          <w:b w:val="0"/>
          <w:sz w:val="240"/>
          <w:rtl w:val="1"/>
          <w:szCs w:val="240"/>
        </w:rPr>
        <w:t>🚶</w:t>
      </w:r>
    </w:p>
    <w:p>
      <w:pPr>
        <w:bidi w:val="1"/>
        <w:jc w:val="center"/>
      </w:pPr>
      <w:r>
        <w:rPr>
          <w:rFonts w:ascii="Arial" w:hAnsi="Arial"/>
          <w:b/>
          <w:color w:val="1E3A8A"/>
          <w:sz w:val="132"/>
          <w:rtl w:val="1"/>
          <w:szCs w:val="132"/>
          <w:bCs/>
        </w:rPr>
        <w:t>חוצים בהליכה</w:t>
      </w:r>
    </w:p>
    <w:p>
      <w:pPr>
        <w:bidi w:val="1"/>
        <w:jc w:val="center"/>
      </w:pPr>
      <w:r>
        <w:rPr>
          <w:rFonts w:ascii="Arial" w:hAnsi="Arial"/>
          <w:b w:val="0"/>
          <w:color w:val="475569"/>
          <w:sz w:val="56"/>
          <w:rtl w:val="1"/>
          <w:szCs w:val="56"/>
        </w:rPr>
        <w:t>ישר ובמעבר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1E3A8A"/>
          <w:sz w:val="30"/>
          <w:rtl w:val="1"/>
          <w:szCs w:val="30"/>
          <w:bCs/>
        </w:rPr>
        <w:t>❓ שאלת השבוע – כרטיסים לגזירה</w:t>
      </w:r>
    </w:p>
    <w:p>
      <w:pPr>
        <w:bidi w:val="1"/>
        <w:jc w:val="right"/>
      </w:pPr>
      <w:r>
        <w:rPr>
          <w:rFonts w:ascii="Arial" w:hAnsi="Arial"/>
          <w:b/>
          <w:sz w:val="24"/>
          <w:rtl w:val="1"/>
          <w:szCs w:val="24"/>
          <w:bCs/>
        </w:rPr>
        <w:t>🎒 יסודי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  <w:tblBorders>
          <w:top w:val="dashed" w:sz="6" w:color="64748B"/>
          <w:left w:val="dashed" w:sz="6" w:color="64748B"/>
          <w:bottom w:val="dashed" w:sz="6" w:color="64748B"/>
          <w:right w:val="dashed" w:sz="6" w:color="64748B"/>
          <w:insideH w:val="dashed" w:sz="6" w:color="64748B"/>
          <w:insideV w:val="dashed" w:sz="6" w:color="64748B"/>
        </w:tblBorders>
      </w:tblPr>
      <w:tblGrid>
        <w:gridCol w:w="5103"/>
        <w:gridCol w:w="5103"/>
      </w:tblGrid>
      <w:tr>
        <w:trPr>
          <w:trHeight w:val="1020" w:hRule="atLeast"/>
        </w:trPr>
        <w:tc>
          <w:tcPr>
            <w:tcW w:type="dxa" w:w="5102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6"/>
                <w:rtl w:val="1"/>
                <w:szCs w:val="26"/>
                <w:bCs/>
              </w:rPr>
              <w:t>❓ מה עושים כשהכדור בורח לכביש?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6"/>
                <w:rtl w:val="1"/>
                <w:szCs w:val="26"/>
                <w:bCs/>
              </w:rPr>
              <w:t>❓ איזה צבע עוזר שיראו אותנו בחושך?</w:t>
            </w:r>
          </w:p>
        </w:tc>
      </w:tr>
      <w:tr>
        <w:trPr>
          <w:trHeight w:val="1020" w:hRule="atLeast"/>
        </w:trPr>
        <w:tc>
          <w:tcPr>
            <w:tcW w:type="dxa" w:w="5102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6"/>
                <w:rtl w:val="1"/>
                <w:szCs w:val="26"/>
                <w:bCs/>
              </w:rPr>
              <w:t>❓ למי אנחנו נותנים יד כשחוצים?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6"/>
                <w:rtl w:val="1"/>
                <w:szCs w:val="26"/>
                <w:bCs/>
              </w:rPr>
              <w:t>❓ מה התמרור האהוב עליך – ולמה?</w:t>
            </w:r>
          </w:p>
        </w:tc>
      </w:tr>
    </w:tbl>
    <w:p>
      <w:pPr>
        <w:bidi w:val="1"/>
        <w:jc w:val="right"/>
      </w:pPr>
      <w:r>
        <w:rPr>
          <w:rFonts w:ascii="Arial" w:hAnsi="Arial"/>
          <w:b/>
          <w:sz w:val="24"/>
          <w:rtl w:val="1"/>
          <w:szCs w:val="24"/>
          <w:bCs/>
        </w:rPr>
        <w:t>🏫 חט״ב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  <w:tblBorders>
          <w:top w:val="dashed" w:sz="6" w:color="64748B"/>
          <w:left w:val="dashed" w:sz="6" w:color="64748B"/>
          <w:bottom w:val="dashed" w:sz="6" w:color="64748B"/>
          <w:right w:val="dashed" w:sz="6" w:color="64748B"/>
          <w:insideH w:val="dashed" w:sz="6" w:color="64748B"/>
          <w:insideV w:val="dashed" w:sz="6" w:color="64748B"/>
        </w:tblBorders>
      </w:tblPr>
      <w:tblGrid>
        <w:gridCol w:w="5103"/>
        <w:gridCol w:w="5103"/>
      </w:tblGrid>
      <w:tr>
        <w:trPr>
          <w:trHeight w:val="1020" w:hRule="atLeast"/>
        </w:trPr>
        <w:tc>
          <w:tcPr>
            <w:tcW w:type="dxa" w:w="5102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6"/>
                <w:rtl w:val="1"/>
                <w:szCs w:val="26"/>
                <w:bCs/>
              </w:rPr>
              <w:t>❓ מה יותר קשה: לשים טלפון בכיס או לחכות לירוק? למה?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6"/>
                <w:rtl w:val="1"/>
                <w:szCs w:val="26"/>
                <w:bCs/>
              </w:rPr>
              <w:t>❓ כתבו סיסמה של 5 מילים בציווי.</w:t>
            </w:r>
          </w:p>
        </w:tc>
      </w:tr>
      <w:tr>
        <w:trPr>
          <w:trHeight w:val="1020" w:hRule="atLeast"/>
        </w:trPr>
        <w:tc>
          <w:tcPr>
            <w:tcW w:type="dxa" w:w="5102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6"/>
                <w:rtl w:val="1"/>
                <w:szCs w:val="26"/>
                <w:bCs/>
              </w:rPr>
              <w:t>❓ מה עושים כשחבר/ה מציע/ה "לחתוך" בכביש?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6"/>
                <w:rtl w:val="1"/>
                <w:szCs w:val="26"/>
                <w:bCs/>
              </w:rPr>
              <w:t>❓ איזה מקום בדרך לבית הספר הכי מסוכן – ומה היה עוזר?</w:t>
            </w:r>
          </w:p>
        </w:tc>
      </w:tr>
    </w:tbl>
    <w:p>
      <w:pPr>
        <w:bidi w:val="1"/>
        <w:jc w:val="right"/>
      </w:pPr>
      <w:r>
        <w:rPr>
          <w:rFonts w:ascii="Arial" w:hAnsi="Arial"/>
          <w:b/>
          <w:sz w:val="24"/>
          <w:rtl w:val="1"/>
          <w:szCs w:val="24"/>
          <w:bCs/>
        </w:rPr>
        <w:t>🎓 חט״ע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  <w:tblBorders>
          <w:top w:val="dashed" w:sz="6" w:color="64748B"/>
          <w:left w:val="dashed" w:sz="6" w:color="64748B"/>
          <w:bottom w:val="dashed" w:sz="6" w:color="64748B"/>
          <w:right w:val="dashed" w:sz="6" w:color="64748B"/>
          <w:insideH w:val="dashed" w:sz="6" w:color="64748B"/>
          <w:insideV w:val="dashed" w:sz="6" w:color="64748B"/>
        </w:tblBorders>
      </w:tblPr>
      <w:tblGrid>
        <w:gridCol w:w="5103"/>
        <w:gridCol w:w="5103"/>
      </w:tblGrid>
      <w:tr>
        <w:trPr>
          <w:trHeight w:val="1020" w:hRule="atLeast"/>
        </w:trPr>
        <w:tc>
          <w:tcPr>
            <w:tcW w:type="dxa" w:w="5102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6"/>
                <w:rtl w:val="1"/>
                <w:szCs w:val="26"/>
                <w:bCs/>
              </w:rPr>
              <w:t>❓ מי אחראי/ת יותר: התשתית או ההתנהגות? נמקו.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6"/>
                <w:rtl w:val="1"/>
                <w:szCs w:val="26"/>
                <w:bCs/>
              </w:rPr>
              <w:t>❓ איזה שינוי אחד בעיר היה מציל הכי הרבה?</w:t>
            </w:r>
          </w:p>
        </w:tc>
      </w:tr>
      <w:tr>
        <w:trPr>
          <w:trHeight w:val="1020" w:hRule="atLeast"/>
        </w:trPr>
        <w:tc>
          <w:tcPr>
            <w:tcW w:type="dxa" w:w="5102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6"/>
                <w:rtl w:val="1"/>
                <w:szCs w:val="26"/>
                <w:bCs/>
              </w:rPr>
              <w:t>❓ איך אומרים לנהג/ת "תאט/י" בלי לריב?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6"/>
                <w:rtl w:val="1"/>
                <w:szCs w:val="26"/>
                <w:bCs/>
              </w:rPr>
              <w:t>❓ האם הפחדה עובדת בקמפיינים? מה כן?</w:t>
            </w:r>
          </w:p>
        </w:tc>
      </w:tr>
    </w:tbl>
    <w:p>
      <w:pPr>
        <w:bidi w:val="1"/>
        <w:jc w:val="right"/>
      </w:pPr>
      <w:r>
        <w:rPr>
          <w:rFonts w:ascii="Arial" w:hAnsi="Arial"/>
          <w:b/>
          <w:sz w:val="24"/>
          <w:rtl w:val="1"/>
          <w:szCs w:val="24"/>
          <w:bCs/>
        </w:rPr>
        <w:t>🟢 עולים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  <w:tblBorders>
          <w:top w:val="dashed" w:sz="6" w:color="64748B"/>
          <w:left w:val="dashed" w:sz="6" w:color="64748B"/>
          <w:bottom w:val="dashed" w:sz="6" w:color="64748B"/>
          <w:right w:val="dashed" w:sz="6" w:color="64748B"/>
          <w:insideH w:val="dashed" w:sz="6" w:color="64748B"/>
          <w:insideV w:val="dashed" w:sz="6" w:color="64748B"/>
        </w:tblBorders>
      </w:tblPr>
      <w:tblGrid>
        <w:gridCol w:w="5103"/>
        <w:gridCol w:w="5103"/>
      </w:tblGrid>
      <w:tr>
        <w:trPr>
          <w:trHeight w:val="1020" w:hRule="atLeast"/>
        </w:trPr>
        <w:tc>
          <w:tcPr>
            <w:tcW w:type="dxa" w:w="5102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6"/>
                <w:rtl w:val="1"/>
                <w:szCs w:val="26"/>
                <w:bCs/>
              </w:rPr>
              <w:t>❓ מָה עוֹשִׂים בָּאָדֹם?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6"/>
                <w:rtl w:val="1"/>
                <w:szCs w:val="26"/>
                <w:bCs/>
              </w:rPr>
              <w:t>❓ מָה שָׂמִים בַּמְּכוֹנִית?</w:t>
            </w:r>
          </w:p>
        </w:tc>
      </w:tr>
      <w:tr>
        <w:trPr>
          <w:trHeight w:val="1020" w:hRule="atLeast"/>
        </w:trPr>
        <w:tc>
          <w:tcPr>
            <w:tcW w:type="dxa" w:w="5102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6"/>
                <w:rtl w:val="1"/>
                <w:szCs w:val="26"/>
                <w:bCs/>
              </w:rPr>
              <w:t>❓ אֵיפֹה חוֹצִים?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6"/>
                <w:rtl w:val="1"/>
                <w:szCs w:val="26"/>
                <w:bCs/>
              </w:rPr>
              <w:t>❓ מָה לוֹבְשִׁים בַּחֹשֶׁךְ?</w:t>
            </w:r>
          </w:p>
        </w:tc>
      </w:tr>
    </w:tbl>
    <w:p>
      <w:pPr>
        <w:bidi w:val="1"/>
        <w:jc w:val="right"/>
      </w:pPr>
      <w:r>
        <w:rPr>
          <w:rFonts w:ascii="Arial" w:hAnsi="Arial"/>
          <w:b/>
          <w:sz w:val="24"/>
          <w:rtl w:val="1"/>
          <w:szCs w:val="24"/>
          <w:bCs/>
        </w:rPr>
        <w:t>🌈 חנ״מ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  <w:tblBorders>
          <w:top w:val="dashed" w:sz="6" w:color="64748B"/>
          <w:left w:val="dashed" w:sz="6" w:color="64748B"/>
          <w:bottom w:val="dashed" w:sz="6" w:color="64748B"/>
          <w:right w:val="dashed" w:sz="6" w:color="64748B"/>
          <w:insideH w:val="dashed" w:sz="6" w:color="64748B"/>
          <w:insideV w:val="dashed" w:sz="6" w:color="64748B"/>
        </w:tblBorders>
      </w:tblPr>
      <w:tblGrid>
        <w:gridCol w:w="5103"/>
        <w:gridCol w:w="5103"/>
      </w:tblGrid>
      <w:tr>
        <w:trPr>
          <w:trHeight w:val="1020" w:hRule="atLeast"/>
        </w:trPr>
        <w:tc>
          <w:tcPr>
            <w:tcW w:type="dxa" w:w="5102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6"/>
                <w:rtl w:val="1"/>
                <w:szCs w:val="26"/>
                <w:bCs/>
              </w:rPr>
              <w:t>❓ ✋ איפה עוצרים?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6"/>
                <w:rtl w:val="1"/>
                <w:szCs w:val="26"/>
                <w:bCs/>
              </w:rPr>
              <w:t>❓ 👀 לאן מסתכלים?</w:t>
            </w:r>
          </w:p>
        </w:tc>
      </w:tr>
      <w:tr>
        <w:trPr>
          <w:trHeight w:val="1020" w:hRule="atLeast"/>
        </w:trPr>
        <w:tc>
          <w:tcPr>
            <w:tcW w:type="dxa" w:w="5102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6"/>
                <w:rtl w:val="1"/>
                <w:szCs w:val="26"/>
                <w:bCs/>
              </w:rPr>
              <w:t>❓ 🔒 מה שמים באוטו?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6"/>
                <w:rtl w:val="1"/>
                <w:szCs w:val="26"/>
                <w:bCs/>
              </w:rPr>
              <w:t>❓ 💛 מה לובשים בחושך?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1E3A8A"/>
          <w:sz w:val="52"/>
          <w:rtl w:val="1"/>
          <w:szCs w:val="52"/>
          <w:bCs/>
        </w:rPr>
        <w:t>🤝 ההבטחה שלנו</w:t>
      </w:r>
    </w:p>
    <w:p>
      <w:pPr>
        <w:bidi w:val="1"/>
        <w:jc w:val="center"/>
      </w:pPr>
      <w:r>
        <w:rPr>
          <w:rFonts w:ascii="Arial" w:hAnsi="Arial"/>
          <w:b/>
          <w:sz w:val="44"/>
          <w:rtl w:val="1"/>
          <w:szCs w:val="44"/>
          <w:bCs/>
        </w:rPr>
        <w:t>אנחנו, כיתה __________, שומרים זה על זה בדרך: עוצרים, מסתכלים – ובוחרים בטוח.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  <w:tblBorders>
          <w:top w:val="dashed" w:sz="6" w:color="64748B"/>
          <w:left w:val="dashed" w:sz="6" w:color="64748B"/>
          <w:bottom w:val="dashed" w:sz="6" w:color="64748B"/>
          <w:right w:val="dashed" w:sz="6" w:color="64748B"/>
          <w:insideH w:val="dashed" w:sz="6" w:color="64748B"/>
          <w:insideV w:val="dashed" w:sz="6" w:color="64748B"/>
        </w:tblBorders>
      </w:tblPr>
      <w:tblGrid>
        <w:gridCol w:w="2551"/>
        <w:gridCol w:w="2551"/>
        <w:gridCol w:w="2551"/>
        <w:gridCol w:w="2551"/>
      </w:tblGrid>
      <w:tr>
        <w:trPr>
          <w:trHeight w:val="2551" w:hRule="atLeast"/>
        </w:trPr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80"/>
                <w:rtl w:val="1"/>
                <w:szCs w:val="80"/>
              </w:rPr>
              <w:t>✋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0"/>
                <w:rtl w:val="1"/>
                <w:szCs w:val="20"/>
              </w:rPr>
              <w:t>שם: ______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80"/>
                <w:rtl w:val="1"/>
                <w:szCs w:val="80"/>
              </w:rPr>
              <w:t>✋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0"/>
                <w:rtl w:val="1"/>
                <w:szCs w:val="20"/>
              </w:rPr>
              <w:t>שם: ______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80"/>
                <w:rtl w:val="1"/>
                <w:szCs w:val="80"/>
              </w:rPr>
              <w:t>✋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0"/>
                <w:rtl w:val="1"/>
                <w:szCs w:val="20"/>
              </w:rPr>
              <w:t>שם: ______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80"/>
                <w:rtl w:val="1"/>
                <w:szCs w:val="80"/>
              </w:rPr>
              <w:t>✋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0"/>
                <w:rtl w:val="1"/>
                <w:szCs w:val="20"/>
              </w:rPr>
              <w:t>שם: ______</w:t>
            </w:r>
          </w:p>
        </w:tc>
      </w:tr>
      <w:tr>
        <w:trPr>
          <w:trHeight w:val="2551" w:hRule="atLeast"/>
        </w:trPr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80"/>
                <w:rtl w:val="1"/>
                <w:szCs w:val="80"/>
              </w:rPr>
              <w:t>✋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0"/>
                <w:rtl w:val="1"/>
                <w:szCs w:val="20"/>
              </w:rPr>
              <w:t>שם: ______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80"/>
                <w:rtl w:val="1"/>
                <w:szCs w:val="80"/>
              </w:rPr>
              <w:t>✋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0"/>
                <w:rtl w:val="1"/>
                <w:szCs w:val="20"/>
              </w:rPr>
              <w:t>שם: ______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80"/>
                <w:rtl w:val="1"/>
                <w:szCs w:val="80"/>
              </w:rPr>
              <w:t>✋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0"/>
                <w:rtl w:val="1"/>
                <w:szCs w:val="20"/>
              </w:rPr>
              <w:t>שם: ______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80"/>
                <w:rtl w:val="1"/>
                <w:szCs w:val="80"/>
              </w:rPr>
              <w:t>✋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0"/>
                <w:rtl w:val="1"/>
                <w:szCs w:val="20"/>
              </w:rPr>
              <w:t>שם: ______</w:t>
            </w:r>
          </w:p>
        </w:tc>
      </w:tr>
      <w:tr>
        <w:trPr>
          <w:trHeight w:val="2551" w:hRule="atLeast"/>
        </w:trPr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80"/>
                <w:rtl w:val="1"/>
                <w:szCs w:val="80"/>
              </w:rPr>
              <w:t>✋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0"/>
                <w:rtl w:val="1"/>
                <w:szCs w:val="20"/>
              </w:rPr>
              <w:t>שם: ______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80"/>
                <w:rtl w:val="1"/>
                <w:szCs w:val="80"/>
              </w:rPr>
              <w:t>✋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0"/>
                <w:rtl w:val="1"/>
                <w:szCs w:val="20"/>
              </w:rPr>
              <w:t>שם: ______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80"/>
                <w:rtl w:val="1"/>
                <w:szCs w:val="80"/>
              </w:rPr>
              <w:t>✋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0"/>
                <w:rtl w:val="1"/>
                <w:szCs w:val="20"/>
              </w:rPr>
              <w:t>שם: ______</w:t>
            </w:r>
          </w:p>
        </w:tc>
        <w:tc>
          <w:tcPr>
            <w:tcW w:type="dxa" w:w="2494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80"/>
                <w:rtl w:val="1"/>
                <w:szCs w:val="80"/>
              </w:rPr>
              <w:t>✋</w:t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20"/>
                <w:rtl w:val="1"/>
                <w:szCs w:val="20"/>
              </w:rPr>
              <w:t>שם: ______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1E3A8A"/>
          <w:sz w:val="52"/>
          <w:rtl w:val="1"/>
          <w:szCs w:val="52"/>
          <w:bCs/>
        </w:rPr>
        <w:t>📅 מד הימים הבטוחים</w:t>
      </w:r>
    </w:p>
    <w:p>
      <w:pPr>
        <w:bidi w:val="1"/>
        <w:jc w:val="center"/>
      </w:pPr>
      <w:r>
        <w:rPr>
          <w:rFonts w:ascii="Arial" w:hAnsi="Arial"/>
          <w:b w:val="0"/>
          <w:sz w:val="28"/>
          <w:rtl w:val="1"/>
          <w:szCs w:val="28"/>
        </w:rPr>
        <w:t>כל יום שבו כל הכיתה הגיעה בבטחה – צובעים עיגול. ב־10 – חוגגים! 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2268" w:hRule="atLeast"/>
        </w:trPr>
        <w:tc>
          <w:tcPr>
            <w:tcW w:type="dxa" w:w="192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8B5CF6"/>
                <w:sz w:val="60"/>
                <w:rtl w:val="1"/>
                <w:szCs w:val="60"/>
                <w:bCs/>
              </w:rPr>
              <w:t>◯ 1</w:t>
            </w:r>
          </w:p>
        </w:tc>
        <w:tc>
          <w:tcPr>
            <w:tcW w:type="dxa" w:w="192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8B5CF6"/>
                <w:sz w:val="60"/>
                <w:rtl w:val="1"/>
                <w:szCs w:val="60"/>
                <w:bCs/>
              </w:rPr>
              <w:t>◯ 2</w:t>
            </w:r>
          </w:p>
        </w:tc>
        <w:tc>
          <w:tcPr>
            <w:tcW w:type="dxa" w:w="192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8B5CF6"/>
                <w:sz w:val="60"/>
                <w:rtl w:val="1"/>
                <w:szCs w:val="60"/>
                <w:bCs/>
              </w:rPr>
              <w:t>◯ 3</w:t>
            </w:r>
          </w:p>
        </w:tc>
        <w:tc>
          <w:tcPr>
            <w:tcW w:type="dxa" w:w="192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8B5CF6"/>
                <w:sz w:val="60"/>
                <w:rtl w:val="1"/>
                <w:szCs w:val="60"/>
                <w:bCs/>
              </w:rPr>
              <w:t>◯ 4</w:t>
            </w:r>
          </w:p>
        </w:tc>
        <w:tc>
          <w:tcPr>
            <w:tcW w:type="dxa" w:w="192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8B5CF6"/>
                <w:sz w:val="60"/>
                <w:rtl w:val="1"/>
                <w:szCs w:val="60"/>
                <w:bCs/>
              </w:rPr>
              <w:t>◯ 5</w:t>
            </w:r>
          </w:p>
        </w:tc>
      </w:tr>
      <w:tr>
        <w:trPr>
          <w:trHeight w:val="2268" w:hRule="atLeast"/>
        </w:trPr>
        <w:tc>
          <w:tcPr>
            <w:tcW w:type="dxa" w:w="192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8B5CF6"/>
                <w:sz w:val="60"/>
                <w:rtl w:val="1"/>
                <w:szCs w:val="60"/>
                <w:bCs/>
              </w:rPr>
              <w:t>◯ 6</w:t>
            </w:r>
          </w:p>
        </w:tc>
        <w:tc>
          <w:tcPr>
            <w:tcW w:type="dxa" w:w="192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8B5CF6"/>
                <w:sz w:val="60"/>
                <w:rtl w:val="1"/>
                <w:szCs w:val="60"/>
                <w:bCs/>
              </w:rPr>
              <w:t>◯ 7</w:t>
            </w:r>
          </w:p>
        </w:tc>
        <w:tc>
          <w:tcPr>
            <w:tcW w:type="dxa" w:w="192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8B5CF6"/>
                <w:sz w:val="60"/>
                <w:rtl w:val="1"/>
                <w:szCs w:val="60"/>
                <w:bCs/>
              </w:rPr>
              <w:t>◯ 8</w:t>
            </w:r>
          </w:p>
        </w:tc>
        <w:tc>
          <w:tcPr>
            <w:tcW w:type="dxa" w:w="192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8B5CF6"/>
                <w:sz w:val="60"/>
                <w:rtl w:val="1"/>
                <w:szCs w:val="60"/>
                <w:bCs/>
              </w:rPr>
              <w:t>◯ 9</w:t>
            </w:r>
          </w:p>
        </w:tc>
        <w:tc>
          <w:tcPr>
            <w:tcW w:type="dxa" w:w="1928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color w:val="8B5CF6"/>
                <w:sz w:val="60"/>
                <w:rtl w:val="1"/>
                <w:szCs w:val="60"/>
                <w:bCs/>
              </w:rPr>
              <w:t>◯ 10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1E3A8A"/>
          <w:sz w:val="30"/>
          <w:rtl w:val="1"/>
          <w:szCs w:val="30"/>
          <w:bCs/>
        </w:rPr>
        <w:t>🏷️ תוויות תמרורים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  <w:tblBorders>
          <w:top w:val="dashed" w:sz="6" w:color="64748B"/>
          <w:left w:val="dashed" w:sz="6" w:color="64748B"/>
          <w:bottom w:val="dashed" w:sz="6" w:color="64748B"/>
          <w:right w:val="dashed" w:sz="6" w:color="64748B"/>
          <w:insideH w:val="dashed" w:sz="6" w:color="64748B"/>
          <w:insideV w:val="dashed" w:sz="6" w:color="64748B"/>
        </w:tblBorders>
      </w:tblPr>
      <w:tblGrid>
        <w:gridCol w:w="3402"/>
        <w:gridCol w:w="3402"/>
        <w:gridCol w:w="3402"/>
      </w:tblGrid>
      <w:tr>
        <w:tc>
          <w:tcPr>
            <w:tcW w:type="dxa" w:w="328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52000" cy="11885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_stop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11885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2"/>
                <w:rtl w:val="1"/>
                <w:szCs w:val="32"/>
                <w:bCs/>
              </w:rPr>
              <w:t>עצור</w:t>
            </w:r>
          </w:p>
        </w:tc>
        <w:tc>
          <w:tcPr>
            <w:tcW w:type="dxa" w:w="328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52000" cy="118857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_giv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11885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2"/>
                <w:rtl w:val="1"/>
                <w:szCs w:val="32"/>
                <w:bCs/>
              </w:rPr>
              <w:t>תן זכות קדימה</w:t>
            </w:r>
          </w:p>
        </w:tc>
        <w:tc>
          <w:tcPr>
            <w:tcW w:type="dxa" w:w="328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52000" cy="118857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_noentry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11885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2"/>
                <w:rtl w:val="1"/>
                <w:szCs w:val="32"/>
                <w:bCs/>
              </w:rPr>
              <w:t>אין כניסה</w:t>
            </w:r>
          </w:p>
        </w:tc>
      </w:tr>
      <w:tr>
        <w:tc>
          <w:tcPr>
            <w:tcW w:type="dxa" w:w="328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52000" cy="118857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_ped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11885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2"/>
                <w:rtl w:val="1"/>
                <w:szCs w:val="32"/>
                <w:bCs/>
              </w:rPr>
              <w:t>מעבר חצייה</w:t>
            </w:r>
          </w:p>
        </w:tc>
        <w:tc>
          <w:tcPr>
            <w:tcW w:type="dxa" w:w="328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52000" cy="118857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_pedwarn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11885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2"/>
                <w:rtl w:val="1"/>
                <w:szCs w:val="32"/>
                <w:bCs/>
              </w:rPr>
              <w:t>מעבר חצייה לפניך</w:t>
            </w:r>
          </w:p>
        </w:tc>
        <w:tc>
          <w:tcPr>
            <w:tcW w:type="dxa" w:w="328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52000" cy="118857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_kids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11885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2"/>
                <w:rtl w:val="1"/>
                <w:szCs w:val="32"/>
                <w:bCs/>
              </w:rPr>
              <w:t>זהירות, ילדים</w:t>
            </w:r>
          </w:p>
        </w:tc>
      </w:tr>
      <w:tr>
        <w:tc>
          <w:tcPr>
            <w:tcW w:type="dxa" w:w="328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52000" cy="118857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_lightwarn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11885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2"/>
                <w:rtl w:val="1"/>
                <w:szCs w:val="32"/>
                <w:bCs/>
              </w:rPr>
              <w:t>רמזור לפניך</w:t>
            </w:r>
          </w:p>
        </w:tc>
        <w:tc>
          <w:tcPr>
            <w:tcW w:type="dxa" w:w="328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52000" cy="1188571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_s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11885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2"/>
                <w:rtl w:val="1"/>
                <w:szCs w:val="32"/>
                <w:bCs/>
              </w:rPr>
              <w:t>מהירות עד 30</w:t>
            </w:r>
          </w:p>
        </w:tc>
        <w:tc>
          <w:tcPr>
            <w:tcW w:type="dxa" w:w="328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52000" cy="1188571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_bik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11885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2"/>
                <w:rtl w:val="1"/>
                <w:szCs w:val="32"/>
                <w:bCs/>
              </w:rPr>
              <w:t>שביל אופניים</w:t>
            </w:r>
          </w:p>
        </w:tc>
      </w:tr>
      <w:tr>
        <w:tc>
          <w:tcPr>
            <w:tcW w:type="dxa" w:w="328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52000" cy="1188571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_walk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11885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2"/>
                <w:rtl w:val="1"/>
                <w:szCs w:val="32"/>
                <w:bCs/>
              </w:rPr>
              <w:t>דרך להולכי רגל</w:t>
            </w:r>
          </w:p>
        </w:tc>
        <w:tc>
          <w:tcPr>
            <w:tcW w:type="dxa" w:w="328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52000" cy="1188571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_nowalk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11885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2"/>
                <w:rtl w:val="1"/>
                <w:szCs w:val="32"/>
                <w:bCs/>
              </w:rPr>
              <w:t>אסור להולכי רגל</w:t>
            </w:r>
          </w:p>
        </w:tc>
        <w:tc>
          <w:tcPr>
            <w:tcW w:type="dxa" w:w="328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52000" cy="1188571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_round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11885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32"/>
                <w:rtl w:val="1"/>
                <w:szCs w:val="32"/>
                <w:bCs/>
              </w:rPr>
              <w:t>כיכר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rFonts w:ascii="Arial" w:hAnsi="Arial"/>
        <w:b w:val="0"/>
        <w:color w:val="64748B"/>
        <w:sz w:val="18"/>
        <w:rtl w:val="1"/>
        <w:szCs w:val="18"/>
      </w:rPr>
      <w:t>יצרה: רוית ראש בן ישי · בדרך בטוחה – שבוע הבטיחות בדרכים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