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🌧️ אתגרי החורף – 🎒 יסודי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5103"/>
        <w:gridCol w:w="5103"/>
      </w:tblGrid>
      <w:tr>
        <w:trPr>
          <w:trHeight w:val="3118" w:hRule="atLeast"/>
        </w:trP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☂️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מטרייה גבוהה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מחזיקים את המטרייה כך שהעיניים רואות את הכביש.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מטרייה נמוכה מסתירה מכוניות.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🧥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בגד בהיר ביום אפור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לובשים השבוע מעיל או כובע בצבע בהיר או זוהר.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כך הנהגים רואים אותנו מוקדם.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</w:tr>
      <w:tr>
        <w:trPr>
          <w:trHeight w:val="3118" w:hRule="atLeast"/>
        </w:trP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💦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שלולית? צעד אחורה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עומדים רחוק משפת המדרכה כשיש שלוליות.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רכב שעובר בשלולית מתיז ומבהיל.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🚶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הולכים, לא רצים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על מדרכה רטובה הולכים לאט.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רטוב = חלק. ריצה = החלקה.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</w:tr>
      <w:tr>
        <w:trPr>
          <w:trHeight w:val="3118" w:hRule="atLeast"/>
        </w:trP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🔦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פנס קטן בתיק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מכינים עם ההורים פנס או מחזיר אור לתיק.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בחושך האור עוזר לנהגים לראות אותנו.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🧢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כובע – לא על העיניים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בודקים שהכובע או הקפוצ׳ון לא מסתירים את הצדדים.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צריך לראות שמאלה וימינה.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</w:tr>
      <w:tr>
        <w:trPr>
          <w:trHeight w:val="3118" w:hRule="atLeast"/>
        </w:trP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⏰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יוצאים מוקדם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ביום גשום יוצאים 5 דקות מוקדם יותר.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כשלא ממהרים – בוחרים בטוח.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מזכירים לחבר/ה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מזכירים לחבר/ה אחד/ת כלל חורף אחד.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ככה כולנו שומרים זה על זה.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🌧️ אתגרי החורף – 🏫 חט״ב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5103"/>
        <w:gridCol w:w="5103"/>
      </w:tblGrid>
      <w:tr>
        <w:trPr>
          <w:trHeight w:val="3118" w:hRule="atLeast"/>
        </w:trP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🔬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ניסוי מחזיר האור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בחדר חשוך מאירים בפנס על 4 בדים: שחור, לבן, צבעוני ומחזיר אור. מה נראה הכי מרחוק?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רושמים בטבלה וכותבים מסקנה במשפט אחד.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🛞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למה הגשם הראשון מסוכן?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חקרו מה קורה לכביש בגשם הראשון אחרי הקיץ, והסבירו במשפט סיבה ותוצאה.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רמז: שמן ואבק שהצטברו.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</w:tr>
      <w:tr>
        <w:trPr>
          <w:trHeight w:val="3118" w:hRule="atLeast"/>
        </w:trP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👁️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מבחן שדה הראייה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עם קפוצ׳ון ובלי: חבר/ה מתקרב/ת מהצד – מתי רואים אותו/ה? מה ההבדל?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מסקנה: מה זה אומר על חצייה?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סיסמה של 7 מילים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כתבו סיסמת חורף של 7 מילים בדיוק, עם פועל בציווי.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תלו על לוח הכיתה.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</w:tr>
      <w:tr>
        <w:trPr>
          <w:trHeight w:val="3118" w:hRule="atLeast"/>
        </w:trP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🗺️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מיפוי המסלול שלי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סמנו במסלול לבית הספר: איפה חשוך? איפה יש שלוליות? מה החלופה?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שתפו זוג – מה דומה ומה שונה?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🌬️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עש״ן ד״ק בגשם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כשנרטבים ומתעצבנים – רגע עצירה ונשימה לפני החצייה. נסו פעם אחת השבוע.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ספרו לכיתה: מה הרגשתם?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</w:tr>
      <w:tr>
        <w:trPr>
          <w:trHeight w:val="3118" w:hRule="atLeast"/>
        </w:trP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🚏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בתחנה בגשם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בדקו את התחנה הקרובה: איפה הכי בטוח לעמוד כשיורד גשם?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מתחת לסככה – אבל לא על השפה.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🎙️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ראיון קצר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ראיינו נהג/ת מהמשפחה: מה הכי קשה לראות בחושך ובגשם?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כתבו 3 תובנות.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🌧️ אתגרי החורף – 🎓 חט״ע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5103"/>
        <w:gridCol w:w="5103"/>
      </w:tblGrid>
      <w:tr>
        <w:trPr>
          <w:trHeight w:val="3118" w:hRule="atLeast"/>
        </w:trP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📊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ניתוח עונתי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מצאו מקור רשמי על תאונות בעונת החורף והציגו נתון אחד – עם מקור ותאריך.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בדקו אמינות: מי פרסם? מתי? למה?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💡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סקר תאורה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מפו 3 נקודות חשוכות בשכונה וכתבו פנייה מנומקת לרשות המקומית.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פנייה טובה: מיקום · בעיה · הצעה.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</w:tr>
      <w:tr>
        <w:trPr>
          <w:trHeight w:val="3118" w:hRule="atLeast"/>
        </w:trP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⚖️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דילמה: אחריות בחושך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מי אחראי/ת שרואים הולך/ת רגל בחושך – ההולך/ת, הנהג/ת או הרשות? כתבו פסקת טיעון עם טיעון נגדי.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השתמשו ב"אמנם… אך…".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🎯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מסר לקהל יעד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תכננו מסר חורף לקהל אחד: רוכבי קורקינט / נהגים צעירים / הורים.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מה הקהל צריך לשמוע – ומה יגרום לו לפעול?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</w:tr>
      <w:tr>
        <w:trPr>
          <w:trHeight w:val="3118" w:hRule="atLeast"/>
        </w:trP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🛞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פיזיקה של כביש רטוב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הסבירו במילים שלכם למה מרחק הבלימה גדל בכביש רטוב.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מילת מפתח: חיכוך.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🚗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נוסע/ת אחראי/ת בגשם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נסחו משפט "אני" לנהג/ת שנוסע/ת מהר בגשם.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רגש · בקשה · הצעה.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</w:tr>
      <w:tr>
        <w:trPr>
          <w:trHeight w:val="3118" w:hRule="atLeast"/>
        </w:trP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🧠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"זה לא יקרה לי"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מצאו דוגמה להטיית האופטימיות בדרך, והציעו דרך לשבור אותה.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איך מדברים על סיכון בלי להפחיד?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2"/>
                <w:rtl w:val="1"/>
                <w:szCs w:val="52"/>
              </w:rPr>
              <w:t>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חונכות לקטנים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2"/>
                <w:rtl w:val="1"/>
                <w:szCs w:val="22"/>
              </w:rPr>
              <w:t>למדו כלל חורף אחד לכיתה צעירה בהפסקה (2 דקות).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color w:val="475569"/>
                <w:sz w:val="19"/>
                <w:rtl w:val="1"/>
                <w:szCs w:val="19"/>
              </w:rPr>
              <w:t>💡 מעש״ה בפעולה: שומרים על הקטנים.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☐ עשיתי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🌧️ קְלָפֵי חֹרֶף – 🟢 עוֹלִים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3402"/>
        <w:gridCol w:w="3402"/>
        <w:gridCol w:w="3402"/>
      </w:tblGrid>
      <w:t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6"/>
                <w:rtl w:val="1"/>
                <w:szCs w:val="56"/>
              </w:rPr>
              <w:t>🌧️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גֶּשֶׁם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6"/>
                <w:rtl w:val="1"/>
                <w:szCs w:val="26"/>
              </w:rPr>
              <w:t>בַּגֶּשֶׁם הוֹלְכִים לְאַט.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6"/>
                <w:rtl w:val="1"/>
                <w:szCs w:val="56"/>
              </w:rPr>
              <w:t>🌙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חֹשֶׁךְ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6"/>
                <w:rtl w:val="1"/>
                <w:szCs w:val="26"/>
              </w:rPr>
              <w:t>בַּחֹשֶׁךְ לוֹבְשִׁים בֶּגֶד בָּהִיר.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6"/>
                <w:rtl w:val="1"/>
                <w:szCs w:val="56"/>
              </w:rPr>
              <w:t>🔦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פַּנָּס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6"/>
                <w:rtl w:val="1"/>
                <w:szCs w:val="26"/>
              </w:rPr>
              <w:t>פַּנָּס קָטָן בַּתִּיק.</w:t>
            </w:r>
          </w:p>
        </w:tc>
      </w:tr>
      <w:t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6"/>
                <w:rtl w:val="1"/>
                <w:szCs w:val="56"/>
              </w:rPr>
              <w:t>💦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שְׁלוּלִית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6"/>
                <w:rtl w:val="1"/>
                <w:szCs w:val="26"/>
              </w:rPr>
              <w:t>עוֹמְדִים רָחוֹק מֵהַשְּׁלוּלִית.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6"/>
                <w:rtl w:val="1"/>
                <w:szCs w:val="56"/>
              </w:rPr>
              <w:t>☂️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מִטְרִיָּה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6"/>
                <w:rtl w:val="1"/>
                <w:szCs w:val="26"/>
              </w:rPr>
              <w:t>הַמִּטְרִיָּה לֹא עַל הָעֵינַיִם.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56"/>
                <w:rtl w:val="1"/>
                <w:szCs w:val="56"/>
              </w:rPr>
              <w:t>🧥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מְעִיל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6"/>
                <w:rtl w:val="1"/>
                <w:szCs w:val="26"/>
              </w:rPr>
              <w:t>מְעִיל בָּהִיר – רוֹאִים אוֹתִי.</w:t>
            </w:r>
          </w:p>
        </w:tc>
      </w:tr>
    </w:tbl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🌧️ קלפי חורף – 🌈 חנ״מ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5103"/>
        <w:gridCol w:w="5103"/>
      </w:tblGrid>
      <w:t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🌧️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4"/>
                <w:rtl w:val="1"/>
                <w:szCs w:val="44"/>
                <w:bCs/>
              </w:rPr>
              <w:t>גשם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32"/>
                <w:rtl w:val="1"/>
                <w:szCs w:val="32"/>
              </w:rPr>
              <w:t>הולכים לאט.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🌙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4"/>
                <w:rtl w:val="1"/>
                <w:szCs w:val="44"/>
                <w:bCs/>
              </w:rPr>
              <w:t>חושך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32"/>
                <w:rtl w:val="1"/>
                <w:szCs w:val="32"/>
              </w:rPr>
              <w:t>לובשים בגד בהיר.</w:t>
            </w:r>
          </w:p>
        </w:tc>
      </w:tr>
      <w:tr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🔦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4"/>
                <w:rtl w:val="1"/>
                <w:szCs w:val="44"/>
                <w:bCs/>
              </w:rPr>
              <w:t>פנס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32"/>
                <w:rtl w:val="1"/>
                <w:szCs w:val="32"/>
              </w:rPr>
              <w:t>פנס בתיק.</w:t>
            </w:r>
          </w:p>
        </w:tc>
        <w:tc>
          <w:tcPr>
            <w:tcW w:type="dxa" w:w="4989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☂️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4"/>
                <w:rtl w:val="1"/>
                <w:szCs w:val="44"/>
                <w:bCs/>
              </w:rPr>
              <w:t>מטרייה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32"/>
                <w:rtl w:val="1"/>
                <w:szCs w:val="32"/>
              </w:rPr>
              <w:t>מטרייה למעלה – רואים את הכביש.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📋 כרטיס המעקב שלי – אלופי החורף</w:t>
      </w:r>
    </w:p>
    <w:p>
      <w:pPr>
        <w:bidi w:val="1"/>
        <w:jc w:val="right"/>
      </w:pPr>
      <w:r>
        <w:rPr>
          <w:rFonts w:ascii="Arial" w:hAnsi="Arial"/>
          <w:b w:val="0"/>
          <w:sz w:val="24"/>
          <w:rtl w:val="1"/>
          <w:szCs w:val="24"/>
        </w:rPr>
        <w:t>שם: ________________ · כל אתגר שעשיתי – צובע/ת כוכב ⭐ ומוסיף/ה: מה למדתי?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#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האתגר</w:t>
            </w:r>
          </w:p>
        </w:tc>
        <w:tc>
          <w:tcPr>
            <w:tcW w:type="dxa" w:w="1020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⭐</w:t>
            </w:r>
          </w:p>
        </w:tc>
        <w:tc>
          <w:tcPr>
            <w:tcW w:type="dxa" w:w="5386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מה למדתי / מה הרגשתי?</w:t>
            </w:r>
          </w:p>
        </w:tc>
      </w:tr>
      <w:tr>
        <w:trPr>
          <w:trHeight w:val="793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1</w:t>
            </w:r>
          </w:p>
        </w:tc>
        <w:tc>
          <w:tcPr>
            <w:tcW w:type="dxa" w:w="3118"/>
          </w:tcPr>
          <w:p/>
        </w:tc>
        <w:tc>
          <w:tcPr>
            <w:tcW w:type="dxa" w:w="1020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8"/>
                <w:rtl w:val="1"/>
                <w:szCs w:val="28"/>
              </w:rPr>
              <w:t>☆</w:t>
            </w:r>
          </w:p>
        </w:tc>
        <w:tc>
          <w:tcPr>
            <w:tcW w:type="dxa" w:w="5386"/>
          </w:tcPr>
          <w:p/>
        </w:tc>
      </w:tr>
      <w:tr>
        <w:trPr>
          <w:trHeight w:val="793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2</w:t>
            </w:r>
          </w:p>
        </w:tc>
        <w:tc>
          <w:tcPr>
            <w:tcW w:type="dxa" w:w="3118"/>
          </w:tcPr>
          <w:p/>
        </w:tc>
        <w:tc>
          <w:tcPr>
            <w:tcW w:type="dxa" w:w="1020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8"/>
                <w:rtl w:val="1"/>
                <w:szCs w:val="28"/>
              </w:rPr>
              <w:t>☆</w:t>
            </w:r>
          </w:p>
        </w:tc>
        <w:tc>
          <w:tcPr>
            <w:tcW w:type="dxa" w:w="5386"/>
          </w:tcPr>
          <w:p/>
        </w:tc>
      </w:tr>
      <w:tr>
        <w:trPr>
          <w:trHeight w:val="793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3</w:t>
            </w:r>
          </w:p>
        </w:tc>
        <w:tc>
          <w:tcPr>
            <w:tcW w:type="dxa" w:w="3118"/>
          </w:tcPr>
          <w:p/>
        </w:tc>
        <w:tc>
          <w:tcPr>
            <w:tcW w:type="dxa" w:w="1020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8"/>
                <w:rtl w:val="1"/>
                <w:szCs w:val="28"/>
              </w:rPr>
              <w:t>☆</w:t>
            </w:r>
          </w:p>
        </w:tc>
        <w:tc>
          <w:tcPr>
            <w:tcW w:type="dxa" w:w="5386"/>
          </w:tcPr>
          <w:p/>
        </w:tc>
      </w:tr>
      <w:tr>
        <w:trPr>
          <w:trHeight w:val="793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4</w:t>
            </w:r>
          </w:p>
        </w:tc>
        <w:tc>
          <w:tcPr>
            <w:tcW w:type="dxa" w:w="3118"/>
          </w:tcPr>
          <w:p/>
        </w:tc>
        <w:tc>
          <w:tcPr>
            <w:tcW w:type="dxa" w:w="1020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8"/>
                <w:rtl w:val="1"/>
                <w:szCs w:val="28"/>
              </w:rPr>
              <w:t>☆</w:t>
            </w:r>
          </w:p>
        </w:tc>
        <w:tc>
          <w:tcPr>
            <w:tcW w:type="dxa" w:w="5386"/>
          </w:tcPr>
          <w:p/>
        </w:tc>
      </w:tr>
      <w:tr>
        <w:trPr>
          <w:trHeight w:val="793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5</w:t>
            </w:r>
          </w:p>
        </w:tc>
        <w:tc>
          <w:tcPr>
            <w:tcW w:type="dxa" w:w="3118"/>
          </w:tcPr>
          <w:p/>
        </w:tc>
        <w:tc>
          <w:tcPr>
            <w:tcW w:type="dxa" w:w="1020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8"/>
                <w:rtl w:val="1"/>
                <w:szCs w:val="28"/>
              </w:rPr>
              <w:t>☆</w:t>
            </w:r>
          </w:p>
        </w:tc>
        <w:tc>
          <w:tcPr>
            <w:tcW w:type="dxa" w:w="5386"/>
          </w:tcPr>
          <w:p/>
        </w:tc>
      </w:tr>
      <w:tr>
        <w:trPr>
          <w:trHeight w:val="793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6</w:t>
            </w:r>
          </w:p>
        </w:tc>
        <w:tc>
          <w:tcPr>
            <w:tcW w:type="dxa" w:w="3118"/>
          </w:tcPr>
          <w:p/>
        </w:tc>
        <w:tc>
          <w:tcPr>
            <w:tcW w:type="dxa" w:w="1020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8"/>
                <w:rtl w:val="1"/>
                <w:szCs w:val="28"/>
              </w:rPr>
              <w:t>☆</w:t>
            </w:r>
          </w:p>
        </w:tc>
        <w:tc>
          <w:tcPr>
            <w:tcW w:type="dxa" w:w="5386"/>
          </w:tcPr>
          <w:p/>
        </w:tc>
      </w:tr>
      <w:tr>
        <w:trPr>
          <w:trHeight w:val="793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7</w:t>
            </w:r>
          </w:p>
        </w:tc>
        <w:tc>
          <w:tcPr>
            <w:tcW w:type="dxa" w:w="3118"/>
          </w:tcPr>
          <w:p/>
        </w:tc>
        <w:tc>
          <w:tcPr>
            <w:tcW w:type="dxa" w:w="1020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8"/>
                <w:rtl w:val="1"/>
                <w:szCs w:val="28"/>
              </w:rPr>
              <w:t>☆</w:t>
            </w:r>
          </w:p>
        </w:tc>
        <w:tc>
          <w:tcPr>
            <w:tcW w:type="dxa" w:w="5386"/>
          </w:tcPr>
          <w:p/>
        </w:tc>
      </w:tr>
      <w:tr>
        <w:trPr>
          <w:trHeight w:val="793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8</w:t>
            </w:r>
          </w:p>
        </w:tc>
        <w:tc>
          <w:tcPr>
            <w:tcW w:type="dxa" w:w="3118"/>
          </w:tcPr>
          <w:p/>
        </w:tc>
        <w:tc>
          <w:tcPr>
            <w:tcW w:type="dxa" w:w="1020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8"/>
                <w:rtl w:val="1"/>
                <w:szCs w:val="28"/>
              </w:rPr>
              <w:t>☆</w:t>
            </w:r>
          </w:p>
        </w:tc>
        <w:tc>
          <w:tcPr>
            <w:tcW w:type="dxa" w:w="5386"/>
          </w:tcPr>
          <w:p/>
        </w:tc>
      </w:tr>
    </w:tbl>
    <w:p>
      <w:pPr>
        <w:bidi w:val="1"/>
        <w:jc w:val="right"/>
      </w:pPr>
      <w:r>
        <w:rPr>
          <w:rFonts w:ascii="Arial" w:hAnsi="Arial"/>
          <w:b w:val="0"/>
          <w:sz w:val="22"/>
          <w:rtl w:val="1"/>
          <w:szCs w:val="22"/>
        </w:rPr>
        <w:t>🌬️ עש״ן ד״ק בגשם: כשנרטבים ומתעצבנים – עוצרים, מרפים שרירים, נושמים, אומרים לעצמנו משפט מרגיע – ורק אז ממשיכים.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rial" w:hAnsi="Arial"/>
        <w:b w:val="0"/>
        <w:color w:val="64748B"/>
        <w:sz w:val="18"/>
        <w:rtl w:val="1"/>
        <w:szCs w:val="18"/>
      </w:rPr>
      <w:t>יצרה: רוית ראש בן ישי · בדרך בטוחה – שבוע הבטיחות בדרכים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